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CB3FB" w14:textId="77777777" w:rsidR="008C4AA2" w:rsidRDefault="00000000" w:rsidP="00680341">
      <w:pPr>
        <w:pStyle w:val="Nagwek1"/>
        <w:spacing w:line="240" w:lineRule="auto"/>
      </w:pPr>
      <w:r>
        <w:t>KARTA ZGŁOSZENIA UCZESTNIKA</w:t>
      </w:r>
    </w:p>
    <w:p w14:paraId="00516227" w14:textId="77777777" w:rsidR="008C4AA2" w:rsidRDefault="00000000" w:rsidP="00680341">
      <w:pPr>
        <w:spacing w:line="240" w:lineRule="auto"/>
      </w:pPr>
      <w:r>
        <w:t>Otwartej Wystawy Fotograficznej „23 mm One Lens”</w:t>
      </w:r>
      <w:r>
        <w:br/>
      </w:r>
      <w:r w:rsidRPr="0007447C">
        <w:rPr>
          <w:i/>
          <w:sz w:val="24"/>
          <w:szCs w:val="24"/>
        </w:rPr>
        <w:t>PARTICIPATION ENTRY FORM</w:t>
      </w:r>
      <w:r>
        <w:rPr>
          <w:i/>
        </w:rPr>
        <w:t xml:space="preserve"> – Open Photographic Exhibition “23 mm One Lens”</w:t>
      </w:r>
    </w:p>
    <w:p w14:paraId="26030E43" w14:textId="7CA4FD4D" w:rsidR="008C4AA2" w:rsidRDefault="00000000" w:rsidP="00680341">
      <w:pPr>
        <w:spacing w:line="240" w:lineRule="auto"/>
      </w:pPr>
      <w:proofErr w:type="spellStart"/>
      <w:r>
        <w:t>Imię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nazwisko</w:t>
      </w:r>
      <w:proofErr w:type="spellEnd"/>
      <w:r w:rsidR="00680341">
        <w:t>/</w:t>
      </w:r>
      <w:r>
        <w:rPr>
          <w:i/>
        </w:rPr>
        <w:t>Full name:</w:t>
      </w:r>
    </w:p>
    <w:p w14:paraId="60BF8D7F" w14:textId="054ED9FA" w:rsidR="008C4AA2" w:rsidRDefault="00000000" w:rsidP="00680341">
      <w:pPr>
        <w:spacing w:line="240" w:lineRule="auto"/>
      </w:pPr>
      <w:proofErr w:type="spellStart"/>
      <w:r>
        <w:t>Pseudonim</w:t>
      </w:r>
      <w:proofErr w:type="spellEnd"/>
      <w:r>
        <w:t xml:space="preserve"> </w:t>
      </w:r>
      <w:proofErr w:type="spellStart"/>
      <w:r>
        <w:t>artystyczny</w:t>
      </w:r>
      <w:proofErr w:type="spellEnd"/>
      <w:r w:rsidR="00680341">
        <w:t>/</w:t>
      </w:r>
      <w:r>
        <w:rPr>
          <w:i/>
        </w:rPr>
        <w:t>Artistic nickname:</w:t>
      </w:r>
    </w:p>
    <w:p w14:paraId="4A60244E" w14:textId="590D9052" w:rsidR="008C4AA2" w:rsidRDefault="00000000" w:rsidP="00680341">
      <w:pPr>
        <w:spacing w:line="240" w:lineRule="auto"/>
      </w:pPr>
      <w:r>
        <w:t>Adres</w:t>
      </w:r>
      <w:r w:rsidR="00680341">
        <w:t>/</w:t>
      </w:r>
      <w:r>
        <w:rPr>
          <w:i/>
        </w:rPr>
        <w:t>Address:</w:t>
      </w:r>
    </w:p>
    <w:p w14:paraId="536A5771" w14:textId="06DF20C2" w:rsidR="008C4AA2" w:rsidRDefault="00000000" w:rsidP="00680341">
      <w:pPr>
        <w:spacing w:line="240" w:lineRule="auto"/>
      </w:pPr>
      <w:proofErr w:type="spellStart"/>
      <w:r>
        <w:t>Telefon</w:t>
      </w:r>
      <w:proofErr w:type="spellEnd"/>
      <w:r w:rsidR="00680341">
        <w:t>/</w:t>
      </w:r>
      <w:r>
        <w:rPr>
          <w:i/>
        </w:rPr>
        <w:t>Phone number:</w:t>
      </w:r>
    </w:p>
    <w:p w14:paraId="4B640840" w14:textId="119DA2A3" w:rsidR="008C4AA2" w:rsidRDefault="00000000" w:rsidP="00680341">
      <w:pPr>
        <w:spacing w:line="240" w:lineRule="auto"/>
      </w:pPr>
      <w:r>
        <w:t>E-mail</w:t>
      </w:r>
      <w:r w:rsidR="00680341">
        <w:t>/</w:t>
      </w:r>
      <w:r>
        <w:rPr>
          <w:i/>
        </w:rPr>
        <w:t>E-mail address:</w:t>
      </w:r>
    </w:p>
    <w:p w14:paraId="486190B2" w14:textId="78B6DBA7" w:rsidR="008C4AA2" w:rsidRDefault="00000000" w:rsidP="00680341">
      <w:pPr>
        <w:spacing w:line="240" w:lineRule="auto"/>
      </w:pPr>
      <w:proofErr w:type="spellStart"/>
      <w:r>
        <w:t>Członek</w:t>
      </w:r>
      <w:proofErr w:type="spellEnd"/>
      <w:r>
        <w:t xml:space="preserve"> ŁTF (</w:t>
      </w:r>
      <w:proofErr w:type="spellStart"/>
      <w:r>
        <w:t>tak</w:t>
      </w:r>
      <w:proofErr w:type="spellEnd"/>
      <w:r>
        <w:t xml:space="preserve"> / </w:t>
      </w:r>
      <w:proofErr w:type="spellStart"/>
      <w:r>
        <w:t>nie</w:t>
      </w:r>
      <w:proofErr w:type="spellEnd"/>
      <w:r>
        <w:t>)</w:t>
      </w:r>
      <w:r w:rsidR="00680341">
        <w:t>/</w:t>
      </w:r>
      <w:r>
        <w:rPr>
          <w:i/>
        </w:rPr>
        <w:t>ŁTF member (yes / no):</w:t>
      </w:r>
    </w:p>
    <w:p w14:paraId="61F8C8F0" w14:textId="77777777" w:rsidR="008C4AA2" w:rsidRDefault="00000000" w:rsidP="00680341">
      <w:pPr>
        <w:spacing w:line="240" w:lineRule="auto"/>
      </w:pPr>
      <w:r>
        <w:t>ZGŁASZANE PRACE (maks. 3)</w:t>
      </w:r>
    </w:p>
    <w:p w14:paraId="20419BF2" w14:textId="77777777" w:rsidR="008C4AA2" w:rsidRDefault="00000000" w:rsidP="00680341">
      <w:pPr>
        <w:spacing w:line="240" w:lineRule="auto"/>
      </w:pPr>
      <w:r>
        <w:rPr>
          <w:i/>
        </w:rPr>
        <w:t>SUBMITTED PHOTOGRAPHS (max. 3)</w:t>
      </w:r>
    </w:p>
    <w:p w14:paraId="2AFC7F6C" w14:textId="18B62696" w:rsidR="008C4AA2" w:rsidRDefault="00000000" w:rsidP="00680341">
      <w:pPr>
        <w:spacing w:line="240" w:lineRule="auto"/>
      </w:pPr>
      <w:r>
        <w:t xml:space="preserve">1. </w:t>
      </w:r>
      <w:proofErr w:type="spellStart"/>
      <w:r>
        <w:t>Tytuł</w:t>
      </w:r>
      <w:proofErr w:type="spellEnd"/>
      <w:r>
        <w:t xml:space="preserve"> / </w:t>
      </w:r>
      <w:proofErr w:type="spellStart"/>
      <w:r>
        <w:t>Ogniskowa</w:t>
      </w:r>
      <w:proofErr w:type="spellEnd"/>
      <w:r w:rsidR="00680341">
        <w:t>/</w:t>
      </w:r>
      <w:r>
        <w:rPr>
          <w:i/>
        </w:rPr>
        <w:t>Title / Focal length:</w:t>
      </w:r>
    </w:p>
    <w:p w14:paraId="2AA1F85E" w14:textId="0D204B21" w:rsidR="008C4AA2" w:rsidRDefault="00000000" w:rsidP="00680341">
      <w:pPr>
        <w:spacing w:line="240" w:lineRule="auto"/>
      </w:pPr>
      <w:r>
        <w:t xml:space="preserve">2. </w:t>
      </w:r>
      <w:proofErr w:type="spellStart"/>
      <w:r>
        <w:t>Tytuł</w:t>
      </w:r>
      <w:proofErr w:type="spellEnd"/>
      <w:r>
        <w:t xml:space="preserve"> / </w:t>
      </w:r>
      <w:proofErr w:type="spellStart"/>
      <w:r>
        <w:t>Ogniskowa</w:t>
      </w:r>
      <w:proofErr w:type="spellEnd"/>
      <w:r w:rsidR="00680341">
        <w:t>/</w:t>
      </w:r>
      <w:r>
        <w:rPr>
          <w:i/>
        </w:rPr>
        <w:t>Title / Focal length:</w:t>
      </w:r>
    </w:p>
    <w:p w14:paraId="04F651E9" w14:textId="08A1B281" w:rsidR="008C4AA2" w:rsidRDefault="00000000" w:rsidP="00680341">
      <w:pPr>
        <w:spacing w:line="240" w:lineRule="auto"/>
      </w:pPr>
      <w:r>
        <w:t xml:space="preserve">3. </w:t>
      </w:r>
      <w:proofErr w:type="spellStart"/>
      <w:r>
        <w:t>Tytuł</w:t>
      </w:r>
      <w:proofErr w:type="spellEnd"/>
      <w:r>
        <w:t xml:space="preserve"> / </w:t>
      </w:r>
      <w:proofErr w:type="spellStart"/>
      <w:r>
        <w:t>Ogniskowa</w:t>
      </w:r>
      <w:proofErr w:type="spellEnd"/>
      <w:r w:rsidR="00680341">
        <w:t>/</w:t>
      </w:r>
      <w:r>
        <w:rPr>
          <w:i/>
        </w:rPr>
        <w:t>Title / Focal length:</w:t>
      </w:r>
    </w:p>
    <w:p w14:paraId="3ADF179E" w14:textId="4A88514A" w:rsidR="008C4AA2" w:rsidRPr="00680341" w:rsidRDefault="00000000" w:rsidP="00680341">
      <w:pPr>
        <w:spacing w:line="240" w:lineRule="auto"/>
        <w:rPr>
          <w:b/>
          <w:bCs/>
        </w:rPr>
      </w:pPr>
      <w:r w:rsidRPr="00680341">
        <w:rPr>
          <w:b/>
          <w:bCs/>
        </w:rPr>
        <w:t>OŚWIADCZENIA</w:t>
      </w:r>
      <w:r w:rsidR="00680341" w:rsidRPr="00680341">
        <w:rPr>
          <w:b/>
          <w:bCs/>
        </w:rPr>
        <w:t xml:space="preserve"> / </w:t>
      </w:r>
      <w:r w:rsidRPr="00680341">
        <w:rPr>
          <w:b/>
          <w:bCs/>
          <w:i/>
        </w:rPr>
        <w:t>DECLARATIONS</w:t>
      </w:r>
    </w:p>
    <w:p w14:paraId="1B99CAB6" w14:textId="77777777" w:rsidR="008C4AA2" w:rsidRDefault="00000000" w:rsidP="00680341">
      <w:pPr>
        <w:spacing w:line="240" w:lineRule="auto"/>
      </w:pPr>
      <w:r>
        <w:t>☐ Oświadczam, że jestem autorem zgłoszonych fotografii.</w:t>
      </w:r>
    </w:p>
    <w:p w14:paraId="76027870" w14:textId="77777777" w:rsidR="008C4AA2" w:rsidRDefault="00000000" w:rsidP="00680341">
      <w:pPr>
        <w:spacing w:line="240" w:lineRule="auto"/>
      </w:pPr>
      <w:r>
        <w:rPr>
          <w:i/>
        </w:rPr>
        <w:t>I declare that I am the author of the submitted photographs.</w:t>
      </w:r>
    </w:p>
    <w:p w14:paraId="57D35619" w14:textId="77777777" w:rsidR="008C4AA2" w:rsidRDefault="00000000" w:rsidP="00680341">
      <w:pPr>
        <w:spacing w:line="240" w:lineRule="auto"/>
      </w:pPr>
      <w:r>
        <w:t>☐ Zdjęcia wykonano zgodnie z regulaminem wystawy.</w:t>
      </w:r>
    </w:p>
    <w:p w14:paraId="619AEF32" w14:textId="77777777" w:rsidR="008C4AA2" w:rsidRDefault="00000000" w:rsidP="00680341">
      <w:pPr>
        <w:spacing w:line="240" w:lineRule="auto"/>
      </w:pPr>
      <w:r>
        <w:rPr>
          <w:i/>
        </w:rPr>
        <w:t>The photographs were taken in accordance with the exhibition regulations.</w:t>
      </w:r>
    </w:p>
    <w:p w14:paraId="0FD74382" w14:textId="77777777" w:rsidR="008C4AA2" w:rsidRDefault="00000000" w:rsidP="00680341">
      <w:pPr>
        <w:spacing w:line="240" w:lineRule="auto"/>
      </w:pPr>
      <w:r>
        <w:t>☐ Akceptuję regulamin wystawy „23 mm One Lens”.</w:t>
      </w:r>
    </w:p>
    <w:p w14:paraId="50458CBF" w14:textId="77777777" w:rsidR="008C4AA2" w:rsidRDefault="00000000" w:rsidP="00680341">
      <w:pPr>
        <w:spacing w:line="240" w:lineRule="auto"/>
      </w:pPr>
      <w:r>
        <w:rPr>
          <w:i/>
        </w:rPr>
        <w:t>I accept the regulations of the exhibition “23 mm One Lens”.</w:t>
      </w:r>
    </w:p>
    <w:p w14:paraId="17354FE9" w14:textId="77777777" w:rsidR="008C4AA2" w:rsidRDefault="00000000" w:rsidP="00680341">
      <w:pPr>
        <w:spacing w:line="240" w:lineRule="auto"/>
      </w:pPr>
      <w:r>
        <w:t>☐ Wyrażam zgodę na nieodpłatne wykorzystanie zdjęć do celów promocyjnych.</w:t>
      </w:r>
    </w:p>
    <w:p w14:paraId="73474CEC" w14:textId="77777777" w:rsidR="008C4AA2" w:rsidRDefault="00000000" w:rsidP="00680341">
      <w:pPr>
        <w:spacing w:line="240" w:lineRule="auto"/>
      </w:pPr>
      <w:r>
        <w:rPr>
          <w:i/>
        </w:rPr>
        <w:t>I agree to free promotional use of my photographs related to the exhibition.</w:t>
      </w:r>
    </w:p>
    <w:p w14:paraId="0170F77E" w14:textId="75200BE1" w:rsidR="008C4AA2" w:rsidRDefault="00000000" w:rsidP="00680341">
      <w:pPr>
        <w:spacing w:line="240" w:lineRule="auto"/>
      </w:pPr>
      <w:r>
        <w:t>Data</w:t>
      </w:r>
      <w:r w:rsidR="00680341">
        <w:t>/</w:t>
      </w:r>
      <w:r>
        <w:rPr>
          <w:i/>
        </w:rPr>
        <w:t>Date:</w:t>
      </w:r>
    </w:p>
    <w:p w14:paraId="73EEB91F" w14:textId="68E8DACB" w:rsidR="008C4AA2" w:rsidRDefault="00000000" w:rsidP="00680341">
      <w:pPr>
        <w:spacing w:line="240" w:lineRule="auto"/>
      </w:pPr>
      <w:r>
        <w:t>Podpis</w:t>
      </w:r>
      <w:r w:rsidR="00680341">
        <w:t>/</w:t>
      </w:r>
      <w:r>
        <w:rPr>
          <w:i/>
        </w:rPr>
        <w:t>Signature:</w:t>
      </w:r>
    </w:p>
    <w:sectPr w:rsidR="008C4AA2" w:rsidSect="00034616">
      <w:pgSz w:w="12240" w:h="15840"/>
      <w:pgMar w:top="85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8916404">
    <w:abstractNumId w:val="8"/>
  </w:num>
  <w:num w:numId="2" w16cid:durableId="220750462">
    <w:abstractNumId w:val="6"/>
  </w:num>
  <w:num w:numId="3" w16cid:durableId="1982736241">
    <w:abstractNumId w:val="5"/>
  </w:num>
  <w:num w:numId="4" w16cid:durableId="1001008619">
    <w:abstractNumId w:val="4"/>
  </w:num>
  <w:num w:numId="5" w16cid:durableId="1657800758">
    <w:abstractNumId w:val="7"/>
  </w:num>
  <w:num w:numId="6" w16cid:durableId="1833834362">
    <w:abstractNumId w:val="3"/>
  </w:num>
  <w:num w:numId="7" w16cid:durableId="1592930950">
    <w:abstractNumId w:val="2"/>
  </w:num>
  <w:num w:numId="8" w16cid:durableId="1224020115">
    <w:abstractNumId w:val="1"/>
  </w:num>
  <w:num w:numId="9" w16cid:durableId="936644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447C"/>
    <w:rsid w:val="0015074B"/>
    <w:rsid w:val="0029639D"/>
    <w:rsid w:val="00326F90"/>
    <w:rsid w:val="0047307E"/>
    <w:rsid w:val="00677CFB"/>
    <w:rsid w:val="00680341"/>
    <w:rsid w:val="008C4AA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D78578"/>
  <w14:defaultImageDpi w14:val="300"/>
  <w15:docId w15:val="{955A540A-7F0D-41D8-9316-3798EE4B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SŁAWOMIR GRZANEK</cp:lastModifiedBy>
  <cp:revision>3</cp:revision>
  <dcterms:created xsi:type="dcterms:W3CDTF">2026-02-09T09:22:00Z</dcterms:created>
  <dcterms:modified xsi:type="dcterms:W3CDTF">2026-02-11T22:45:00Z</dcterms:modified>
  <cp:category/>
</cp:coreProperties>
</file>